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3855" w14:textId="77777777" w:rsidR="002853EB" w:rsidRDefault="00B33F53">
      <w:pPr>
        <w:pStyle w:val="Title"/>
      </w:pPr>
      <w:r>
        <w:t>Job Description: Cleaning Supervisor</w:t>
      </w:r>
    </w:p>
    <w:p w14:paraId="79A1C727" w14:textId="77777777" w:rsidR="002853EB" w:rsidRDefault="00B33F53">
      <w:r>
        <w:t>Company: Bidvest Noonan</w:t>
      </w:r>
      <w:r>
        <w:br/>
        <w:t>Department: Cleaning Operations</w:t>
      </w:r>
    </w:p>
    <w:p w14:paraId="4E621ECD" w14:textId="77777777" w:rsidR="002853EB" w:rsidRDefault="00B33F53">
      <w:pPr>
        <w:pStyle w:val="Heading1"/>
      </w:pPr>
      <w:r>
        <w:t>Role Purpose</w:t>
      </w:r>
    </w:p>
    <w:p w14:paraId="25446D39" w14:textId="77777777" w:rsidR="002853EB" w:rsidRDefault="00B33F53">
      <w:r>
        <w:t>The Cleaning Supervisor is responsible for overseeing the daily operations of cleaning staff. The role ensures that all personnel comply with company policies, safety standards, and operational expectations while maintaining high levels of cleanliness, hygiene, and service delivery.</w:t>
      </w:r>
    </w:p>
    <w:p w14:paraId="4D1EF9E0" w14:textId="77777777" w:rsidR="002853EB" w:rsidRDefault="00B33F53">
      <w:pPr>
        <w:pStyle w:val="Heading1"/>
      </w:pPr>
      <w:r>
        <w:t>Team Supervision &amp; Management</w:t>
      </w:r>
    </w:p>
    <w:p w14:paraId="3864DBDE" w14:textId="77777777" w:rsidR="002853EB" w:rsidRDefault="00B33F53">
      <w:pPr>
        <w:pStyle w:val="ListBullet"/>
      </w:pPr>
      <w:r>
        <w:t>Supervise and manage cleaning staff.</w:t>
      </w:r>
    </w:p>
    <w:p w14:paraId="1053B728" w14:textId="77777777" w:rsidR="002853EB" w:rsidRDefault="00B33F53">
      <w:pPr>
        <w:pStyle w:val="ListBullet"/>
      </w:pPr>
      <w:r>
        <w:t>Lead by example, promoting high standards of conduct, professionalism, and performance.</w:t>
      </w:r>
    </w:p>
    <w:p w14:paraId="76A63565" w14:textId="77777777" w:rsidR="002853EB" w:rsidRDefault="00B33F53">
      <w:pPr>
        <w:pStyle w:val="ListBullet"/>
      </w:pPr>
      <w:r>
        <w:t>Ensure effective day-to-day staff management, maintaining discipline and accountability.</w:t>
      </w:r>
    </w:p>
    <w:p w14:paraId="615B68EA" w14:textId="77777777" w:rsidR="002853EB" w:rsidRDefault="00B33F53">
      <w:pPr>
        <w:pStyle w:val="ListBullet"/>
      </w:pPr>
      <w:r>
        <w:t>Ensure tasks assigned by management are completed within the required timeframes.</w:t>
      </w:r>
    </w:p>
    <w:p w14:paraId="0AD4B15A" w14:textId="77777777" w:rsidR="002853EB" w:rsidRDefault="00B33F53">
      <w:pPr>
        <w:pStyle w:val="Heading1"/>
      </w:pPr>
      <w:r>
        <w:t>Compliance &amp; Standards</w:t>
      </w:r>
    </w:p>
    <w:p w14:paraId="1CA48318" w14:textId="77777777" w:rsidR="002853EB" w:rsidRDefault="00B33F53">
      <w:pPr>
        <w:pStyle w:val="ListBullet"/>
      </w:pPr>
      <w:r>
        <w:t>Ensure all staff maintain appropriate uniform standards at all times.</w:t>
      </w:r>
    </w:p>
    <w:p w14:paraId="6E45E870" w14:textId="77777777" w:rsidR="002853EB" w:rsidRDefault="00B33F53">
      <w:pPr>
        <w:pStyle w:val="ListBullet"/>
      </w:pPr>
      <w:r>
        <w:t>Ensure compliance with all company policies, procedures, and health &amp; safety regulations.</w:t>
      </w:r>
    </w:p>
    <w:p w14:paraId="0AF2FDC9" w14:textId="77777777" w:rsidR="002853EB" w:rsidRDefault="00B33F53">
      <w:pPr>
        <w:pStyle w:val="ListBullet"/>
      </w:pPr>
      <w:r>
        <w:t>Maintain high cleanliness and hygiene standards across all areas.</w:t>
      </w:r>
    </w:p>
    <w:p w14:paraId="26FECD7B" w14:textId="77777777" w:rsidR="002853EB" w:rsidRDefault="00B33F53">
      <w:pPr>
        <w:pStyle w:val="Heading1"/>
      </w:pPr>
      <w:r>
        <w:t>Staff Conduct &amp; Monitoring</w:t>
      </w:r>
    </w:p>
    <w:p w14:paraId="181DA9C6" w14:textId="77777777" w:rsidR="002853EB" w:rsidRDefault="00B33F53">
      <w:pPr>
        <w:pStyle w:val="ListBullet"/>
      </w:pPr>
      <w:r>
        <w:t>Monitor staff behaviour and ensure adherence to allocated break schedules.</w:t>
      </w:r>
    </w:p>
    <w:p w14:paraId="4506CC59" w14:textId="77777777" w:rsidR="002853EB" w:rsidRDefault="00B33F53">
      <w:pPr>
        <w:pStyle w:val="ListBullet"/>
      </w:pPr>
      <w:r>
        <w:t>Address unauthorised activities such as extended or unauthorised cigarette breaks.</w:t>
      </w:r>
    </w:p>
    <w:p w14:paraId="30DA4DBF" w14:textId="0BB584A0" w:rsidR="002853EB" w:rsidRDefault="00B33F53">
      <w:pPr>
        <w:pStyle w:val="ListBullet"/>
      </w:pPr>
      <w:r>
        <w:t xml:space="preserve">Conduct </w:t>
      </w:r>
      <w:r w:rsidR="00FA5365">
        <w:t xml:space="preserve">Recorded Conversations </w:t>
      </w:r>
      <w:r>
        <w:t>where misconduct or performance issues are identified.</w:t>
      </w:r>
    </w:p>
    <w:p w14:paraId="41E562F1" w14:textId="77777777" w:rsidR="002853EB" w:rsidRDefault="00B33F53">
      <w:pPr>
        <w:pStyle w:val="Heading1"/>
      </w:pPr>
      <w:r>
        <w:t>HR &amp; Administrative Responsibilities</w:t>
      </w:r>
    </w:p>
    <w:p w14:paraId="18118721" w14:textId="77777777" w:rsidR="002853EB" w:rsidRDefault="00B33F53">
      <w:pPr>
        <w:pStyle w:val="ListBullet"/>
      </w:pPr>
      <w:r>
        <w:t>Conduct return-to-work interviews following employee absences.</w:t>
      </w:r>
    </w:p>
    <w:p w14:paraId="0303FC3F" w14:textId="598CCFB8" w:rsidR="00FA5365" w:rsidRDefault="00B33F53" w:rsidP="00FA5365">
      <w:pPr>
        <w:pStyle w:val="ListBullet"/>
      </w:pPr>
      <w:r>
        <w:t>Carry out disciplinary investigations where appropriate and within the supervisor’s authority.</w:t>
      </w:r>
    </w:p>
    <w:p w14:paraId="03A33068" w14:textId="77777777" w:rsidR="002853EB" w:rsidRDefault="00B33F53">
      <w:pPr>
        <w:pStyle w:val="Heading1"/>
      </w:pPr>
      <w:r>
        <w:lastRenderedPageBreak/>
        <w:t>Training &amp; Development</w:t>
      </w:r>
    </w:p>
    <w:p w14:paraId="2684A5DA" w14:textId="507A888C" w:rsidR="002853EB" w:rsidRDefault="00B33F53">
      <w:pPr>
        <w:pStyle w:val="ListBullet"/>
      </w:pPr>
      <w:r>
        <w:t xml:space="preserve">Provide training </w:t>
      </w:r>
      <w:r w:rsidR="005B76A9">
        <w:t>for</w:t>
      </w:r>
      <w:r>
        <w:t xml:space="preserve"> </w:t>
      </w:r>
      <w:r w:rsidR="005B76A9">
        <w:t>staff, including</w:t>
      </w:r>
      <w:r>
        <w:t xml:space="preserve"> new starters</w:t>
      </w:r>
      <w:r w:rsidR="00FA5365">
        <w:t xml:space="preserve"> and Agency staff.</w:t>
      </w:r>
    </w:p>
    <w:p w14:paraId="49DB6C25" w14:textId="77777777" w:rsidR="002853EB" w:rsidRDefault="00B33F53">
      <w:pPr>
        <w:pStyle w:val="ListBullet"/>
      </w:pPr>
      <w:r>
        <w:t>Ensure all training is documented and regularly updated.</w:t>
      </w:r>
    </w:p>
    <w:p w14:paraId="01D09A04" w14:textId="77777777" w:rsidR="002853EB" w:rsidRDefault="00B33F53">
      <w:pPr>
        <w:pStyle w:val="ListBullet"/>
      </w:pPr>
      <w:r>
        <w:t>Ensure Toolbox Talks (TBTs) are completed with staff and properly recorded.</w:t>
      </w:r>
    </w:p>
    <w:p w14:paraId="3AB14560" w14:textId="77777777" w:rsidR="002853EB" w:rsidRDefault="00B33F53">
      <w:pPr>
        <w:pStyle w:val="ListBullet"/>
      </w:pPr>
      <w:r>
        <w:t>Support ongoing development to maintain and improve team performance.</w:t>
      </w:r>
    </w:p>
    <w:p w14:paraId="3DBF3703" w14:textId="77777777" w:rsidR="002853EB" w:rsidRDefault="00B33F53">
      <w:pPr>
        <w:pStyle w:val="Heading1"/>
      </w:pPr>
      <w:r>
        <w:t>Operations &amp; Scheduling</w:t>
      </w:r>
    </w:p>
    <w:p w14:paraId="6BAE5557" w14:textId="77777777" w:rsidR="002853EB" w:rsidRDefault="00B33F53">
      <w:pPr>
        <w:pStyle w:val="ListBullet"/>
      </w:pPr>
      <w:r>
        <w:t>Ensure rotas for cleaning teams are accurate and updated in a timely manner.</w:t>
      </w:r>
    </w:p>
    <w:p w14:paraId="1A0CCFFC" w14:textId="77777777" w:rsidR="002853EB" w:rsidRDefault="00B33F53">
      <w:pPr>
        <w:pStyle w:val="ListBullet"/>
      </w:pPr>
      <w:r>
        <w:t>Allocate tasks effectively and ensure they are completed within set deadlines.</w:t>
      </w:r>
    </w:p>
    <w:p w14:paraId="584F876A" w14:textId="7D7FC617" w:rsidR="002853EB" w:rsidRDefault="00B33F53" w:rsidP="00FA5365">
      <w:pPr>
        <w:pStyle w:val="ListBullet"/>
      </w:pPr>
      <w:r>
        <w:t xml:space="preserve">Ensure staff </w:t>
      </w:r>
      <w:r w:rsidR="005B76A9">
        <w:t>complete</w:t>
      </w:r>
      <w:r>
        <w:t xml:space="preserve"> cleaning duties and </w:t>
      </w:r>
      <w:proofErr w:type="gramStart"/>
      <w:r>
        <w:t>assigned</w:t>
      </w:r>
      <w:proofErr w:type="gramEnd"/>
      <w:r>
        <w:t xml:space="preserve"> tasks to required standards.</w:t>
      </w:r>
    </w:p>
    <w:p w14:paraId="7E0ACAF1" w14:textId="77777777" w:rsidR="002853EB" w:rsidRDefault="00B33F53">
      <w:pPr>
        <w:pStyle w:val="ListBullet"/>
      </w:pPr>
      <w:r>
        <w:t>Maintain operational efficiency across all areas of responsibility.</w:t>
      </w:r>
    </w:p>
    <w:p w14:paraId="7F186CCB" w14:textId="77777777" w:rsidR="002853EB" w:rsidRDefault="00B33F53">
      <w:pPr>
        <w:pStyle w:val="ListBullet"/>
      </w:pPr>
      <w:r>
        <w:t>Conduct regular stock takes and ensure adequate cleaning supplies are maintained.</w:t>
      </w:r>
    </w:p>
    <w:p w14:paraId="6712A1A7" w14:textId="77777777" w:rsidR="002853EB" w:rsidRDefault="00B33F53">
      <w:pPr>
        <w:pStyle w:val="ListBullet"/>
      </w:pPr>
      <w:r>
        <w:t>Ensure toilet inspections are completed and recorded to required standards.</w:t>
      </w:r>
    </w:p>
    <w:p w14:paraId="50D071E3" w14:textId="77777777" w:rsidR="002853EB" w:rsidRDefault="00B33F53">
      <w:pPr>
        <w:pStyle w:val="ListBullet"/>
      </w:pPr>
      <w:r>
        <w:t>Carry out site inspections to verify that staff have completed cleaning tasks to the required standard.</w:t>
      </w:r>
    </w:p>
    <w:p w14:paraId="7B60F549" w14:textId="0016B610" w:rsidR="005B76A9" w:rsidRDefault="005B76A9">
      <w:pPr>
        <w:pStyle w:val="ListBullet"/>
      </w:pPr>
      <w:r>
        <w:t>All cleaning equipment is to be left clean and returned to original location every day.</w:t>
      </w:r>
    </w:p>
    <w:p w14:paraId="67ADF2B8" w14:textId="77777777" w:rsidR="002853EB" w:rsidRDefault="00B33F53">
      <w:pPr>
        <w:pStyle w:val="Heading1"/>
      </w:pPr>
      <w:r>
        <w:t>Workplace Control &amp; Safety</w:t>
      </w:r>
    </w:p>
    <w:p w14:paraId="17457435" w14:textId="77777777" w:rsidR="002853EB" w:rsidRDefault="00B33F53">
      <w:pPr>
        <w:pStyle w:val="ListBullet"/>
      </w:pPr>
      <w:r>
        <w:t>Ensure a safe and well-maintained working environment at all times.</w:t>
      </w:r>
    </w:p>
    <w:p w14:paraId="5E87D64A" w14:textId="77777777" w:rsidR="002853EB" w:rsidRDefault="00B33F53">
      <w:pPr>
        <w:pStyle w:val="ListBullet"/>
      </w:pPr>
      <w:r>
        <w:t>Monitor site activity and ensure all health and safety procedures are followed.</w:t>
      </w:r>
    </w:p>
    <w:p w14:paraId="1F4AF209" w14:textId="77777777" w:rsidR="002853EB" w:rsidRDefault="00B33F53">
      <w:pPr>
        <w:pStyle w:val="Heading1"/>
      </w:pPr>
      <w:r>
        <w:t>Expectations</w:t>
      </w:r>
    </w:p>
    <w:p w14:paraId="19340EA6" w14:textId="77777777" w:rsidR="002853EB" w:rsidRDefault="00B33F53">
      <w:pPr>
        <w:pStyle w:val="ListBullet"/>
      </w:pPr>
      <w:r>
        <w:t>Act as a role model for all staff</w:t>
      </w:r>
    </w:p>
    <w:p w14:paraId="7D22C5CD" w14:textId="77777777" w:rsidR="002853EB" w:rsidRDefault="00B33F53">
      <w:pPr>
        <w:pStyle w:val="ListBullet"/>
      </w:pPr>
      <w:r>
        <w:t>Maintain professionalism at all times</w:t>
      </w:r>
    </w:p>
    <w:p w14:paraId="3A0B3EF6" w14:textId="77777777" w:rsidR="002853EB" w:rsidRDefault="00B33F53">
      <w:pPr>
        <w:pStyle w:val="ListBullet"/>
      </w:pPr>
      <w:r>
        <w:t>Ensure high standards of service delivery</w:t>
      </w:r>
    </w:p>
    <w:p w14:paraId="5C7B3603" w14:textId="77777777" w:rsidR="002853EB" w:rsidRDefault="00B33F53">
      <w:pPr>
        <w:pStyle w:val="ListBullet"/>
      </w:pPr>
      <w:r>
        <w:t>Promote a safe and compliant working environment</w:t>
      </w:r>
    </w:p>
    <w:sectPr w:rsidR="002853E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9848027">
    <w:abstractNumId w:val="8"/>
  </w:num>
  <w:num w:numId="2" w16cid:durableId="739645037">
    <w:abstractNumId w:val="6"/>
  </w:num>
  <w:num w:numId="3" w16cid:durableId="1633827769">
    <w:abstractNumId w:val="5"/>
  </w:num>
  <w:num w:numId="4" w16cid:durableId="1083531016">
    <w:abstractNumId w:val="4"/>
  </w:num>
  <w:num w:numId="5" w16cid:durableId="945767435">
    <w:abstractNumId w:val="7"/>
  </w:num>
  <w:num w:numId="6" w16cid:durableId="574435786">
    <w:abstractNumId w:val="3"/>
  </w:num>
  <w:num w:numId="7" w16cid:durableId="540938099">
    <w:abstractNumId w:val="2"/>
  </w:num>
  <w:num w:numId="8" w16cid:durableId="158038253">
    <w:abstractNumId w:val="1"/>
  </w:num>
  <w:num w:numId="9" w16cid:durableId="192698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406"/>
    <w:rsid w:val="002853EB"/>
    <w:rsid w:val="0029639D"/>
    <w:rsid w:val="00326F90"/>
    <w:rsid w:val="005B76A9"/>
    <w:rsid w:val="00AA1D8D"/>
    <w:rsid w:val="00B33F53"/>
    <w:rsid w:val="00B47730"/>
    <w:rsid w:val="00CB0664"/>
    <w:rsid w:val="00D74813"/>
    <w:rsid w:val="00FA53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7C23F"/>
  <w14:defaultImageDpi w14:val="300"/>
  <w15:docId w15:val="{2028110F-6B6A-4F13-B25C-4898347A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Jorif Uddin</dc:creator>
  <cp:keywords/>
  <dc:description>generated by python-docx</dc:description>
  <cp:lastModifiedBy>Jorif Uddin</cp:lastModifiedBy>
  <cp:revision>3</cp:revision>
  <dcterms:created xsi:type="dcterms:W3CDTF">2026-06-15T14:44:00Z</dcterms:created>
  <dcterms:modified xsi:type="dcterms:W3CDTF">2026-06-17T13:23:00Z</dcterms:modified>
  <cp:category/>
</cp:coreProperties>
</file>